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הצבת מטרות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"הצבת מטרות"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🎯 הצבת מטרות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וְעוֹד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🎯 הצבת מטרות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🎯 👣 ⭐  משפט השבוע: צַעַד קָטָן וְעוֹד צַעַד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לוֹמְדִים  |  שֶׁלְּיָדֵנוּ  |  וְעוֹד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"צַעַד קָטָן וְעוֹד צַעַד"?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🎯 הצבת מטרות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🌱 טעויות כהזדמנות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לבחור דבר אחד חדש ללמוד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להתאמן עליו קצת כל 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צַעַד קָטָן ________ צַעַד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הייתם רוצים ללמוד לעשות לבד?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לבחור דבר אחד חדש ללמוד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הצבת מטרות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