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הצבת מטרות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לתרגל את ערך השבוע "הצבת מטרות"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קוראים יחד את המילון. התרגומים במילון – לוודא עם דוברי השפה.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משפטים קצרים. מותר להיעזר בבנק המילים ובמילון.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תוכנית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goal / цель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step / шаг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plan / план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to succeed / добиться успеха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משפט שלם עם פועל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🎯 הצבת מטרות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קוראים: מטרה זה מה שאני רוצה להשיג. עושים צעד קטן כל יום.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/ תרגום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מטרה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goal · цель · ግብ · هدف · but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step · шаг · እርምጃ · خطوة · pas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תוכנית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plan · план · እቅድ · خطة · plan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להצליח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to succeed · добиться успеха · መሳካት · ينجح · réussir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מטרה  |  צעד  |  תוכנית  |  להצליח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מילים חדשות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בחרו את המילה העברית שפירושה: plan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צעד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תוכנית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מטרה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מתאימים מילה לתרגום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את האות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מטרה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plan / план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to succeed / добиться успеха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תוכנית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step / шаг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להצליח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goal / цель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________ זה מה שאני רוצה להשיג. עושים צעד קטן כל יום.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כותבים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כתבו משפט קצר עם המילה "מטרה".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הייתם רוצים ללמוד לעשות לבד?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אני והערך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השלימו: השבוע אני רוצה ________ (בחרו: לבחור דבר אחד חדש ללמוד / להתאמן עליו קצת כל יום)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 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הצבת מטרות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