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טעויות כהזדמנות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"טעויות כהזדמנות"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🌱 טעויות כהזדמנות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לוֹמְדִים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טעויות כהזדמנות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🌱 🔁 💪  משפט השבוע: טָעִיתִי? לוֹמְדִים וּמְנַסִּים שׁוּב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שֶׁלְּיָדֵנוּ  |  שׁוֹרָשִׁים  |  לוֹמְדִים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"טָעִיתִי? לוֹמְדִים וּמְנַסִּים שׁוּב"?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🌱 טעויות כהזדמנות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🫶 רגישות לזולת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לנסות שוב משהו שלא הצליח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לומר לחבר שטעה: "זה בסדר"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טָעִיתִי? ________ וּמְנַסִּים שׁוּב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עשיתם פעם כשמשהו לא הצליח?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לנסות שוב משהו שלא הצליח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טעויות כהזדמנות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